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678EC3AC" wp14:textId="77777777">
      <w:pPr>
        <w:jc w:val="center"/>
      </w:pPr>
      <w:r>
        <w:rPr>
          <w:b/>
          <w:sz w:val="32"/>
        </w:rPr>
        <w:t>SPRUCE HOUSE</w:t>
      </w:r>
      <w:r>
        <w:rPr>
          <w:b/>
          <w:sz w:val="32"/>
        </w:rPr>
        <w:br/>
      </w:r>
      <w:r>
        <w:rPr>
          <w:b/>
          <w:sz w:val="32"/>
        </w:rPr>
        <w:t>Inpatient Referral Form for Rehabilitation</w:t>
      </w:r>
    </w:p>
    <w:p xmlns:wp14="http://schemas.microsoft.com/office/word/2010/wordml" w14:paraId="15ED1282" wp14:textId="77777777">
      <w:r w:rsidRPr="1D4EBF09" w:rsidR="1D4EBF09">
        <w:rPr>
          <w:i w:val="1"/>
          <w:iCs w:val="1"/>
        </w:rPr>
        <w:t>Please affix patient label if available</w:t>
      </w:r>
    </w:p>
    <w:p w:rsidR="1A52A054" w:rsidP="1D4EBF09" w:rsidRDefault="1A52A054" w14:paraId="4BD5146C" w14:textId="43085E9D">
      <w:pPr>
        <w:pStyle w:val="Normal"/>
      </w:pPr>
      <w:r w:rsidR="1A52A054">
        <w:rPr/>
        <w:t>Hosp No.:</w:t>
      </w:r>
      <w:r>
        <w:tab/>
      </w:r>
      <w:r>
        <w:tab/>
      </w:r>
      <w:r>
        <w:tab/>
      </w:r>
      <w:r>
        <w:tab/>
      </w:r>
      <w:r w:rsidR="1A52A054">
        <w:rPr/>
        <w:t>D.O.B. __/__/____</w:t>
      </w:r>
    </w:p>
    <w:p w:rsidR="1A52A054" w:rsidP="1D4EBF09" w:rsidRDefault="1A52A054" w14:paraId="3E7EC3D9" w14:textId="1E6A2C75">
      <w:pPr>
        <w:pStyle w:val="Normal"/>
      </w:pPr>
      <w:r w:rsidR="1A52A054">
        <w:rPr/>
        <w:t>H &amp; C No.:</w:t>
      </w:r>
    </w:p>
    <w:p w:rsidR="1A52A054" w:rsidP="1D4EBF09" w:rsidRDefault="1A52A054" w14:paraId="6D5B8896" w14:textId="6CC631C2">
      <w:pPr>
        <w:pStyle w:val="Normal"/>
      </w:pPr>
      <w:r w:rsidR="1A52A054">
        <w:rPr/>
        <w:t>Name</w:t>
      </w:r>
    </w:p>
    <w:p w:rsidR="1A52A054" w:rsidP="1D4EBF09" w:rsidRDefault="1A52A054" w14:paraId="555DE2BD" w14:textId="64FE79D3">
      <w:pPr>
        <w:pStyle w:val="Normal"/>
      </w:pPr>
      <w:r w:rsidR="1A52A054">
        <w:rPr/>
        <w:t>Address</w:t>
      </w:r>
    </w:p>
    <w:p xmlns:wp14="http://schemas.microsoft.com/office/word/2010/wordml" w14:paraId="7341DD06" wp14:textId="77777777">
      <w:pPr>
        <w:pStyle w:val="Heading1"/>
      </w:pPr>
      <w:r>
        <w:t>Clinical Information</w:t>
      </w:r>
    </w:p>
    <w:p xmlns:wp14="http://schemas.microsoft.com/office/word/2010/wordml" w14:paraId="0E67C553" wp14:textId="77777777">
      <w:r>
        <w:t>Referral Date: ______________________________________</w:t>
      </w:r>
    </w:p>
    <w:p xmlns:wp14="http://schemas.microsoft.com/office/word/2010/wordml" w14:paraId="702CBE3F" wp14:textId="77777777">
      <w:r>
        <w:t>Date of Injury/Diagnosis: ______________________________________</w:t>
      </w:r>
    </w:p>
    <w:p xmlns:wp14="http://schemas.microsoft.com/office/word/2010/wordml" w14:paraId="0AC12792" wp14:textId="77777777">
      <w:r>
        <w:t>Hospital: ______________________________________</w:t>
      </w:r>
    </w:p>
    <w:p xmlns:wp14="http://schemas.microsoft.com/office/word/2010/wordml" w14:paraId="2A0F9FD9" wp14:textId="77777777">
      <w:r>
        <w:t>Ward: ______________________________________</w:t>
      </w:r>
    </w:p>
    <w:p xmlns:wp14="http://schemas.microsoft.com/office/word/2010/wordml" w14:paraId="5A75F01D" wp14:textId="77777777">
      <w:r>
        <w:t>Consultant: ______________________________________</w:t>
      </w:r>
    </w:p>
    <w:p xmlns:wp14="http://schemas.microsoft.com/office/word/2010/wordml" w14:paraId="5261BDC2" wp14:textId="77777777">
      <w:pPr>
        <w:pStyle w:val="Heading1"/>
      </w:pPr>
      <w:r>
        <w:t>Neurological Assessment</w:t>
      </w:r>
    </w:p>
    <w:p xmlns:wp14="http://schemas.microsoft.com/office/word/2010/wordml" w14:paraId="28E8CD9F" wp14:textId="77777777">
      <w:r>
        <w:t>Initial Glasgow Coma Scale (GCS): ______________________________________</w:t>
      </w:r>
    </w:p>
    <w:p xmlns:wp14="http://schemas.microsoft.com/office/word/2010/wordml" w14:paraId="1F15A90F" wp14:textId="77777777">
      <w:r>
        <w:t>Current Glasgow Coma Scale (GCS): ______________________________________</w:t>
      </w:r>
    </w:p>
    <w:p xmlns:wp14="http://schemas.microsoft.com/office/word/2010/wordml" w14:paraId="78811D91" wp14:textId="77777777">
      <w:r>
        <w:t>Time in ICU: ______________________________________</w:t>
      </w:r>
    </w:p>
    <w:p xmlns:wp14="http://schemas.microsoft.com/office/word/2010/wordml" w14:paraId="01ECC447" wp14:textId="77777777">
      <w:pPr>
        <w:pStyle w:val="Heading1"/>
      </w:pPr>
      <w:r>
        <w:t>Medical History</w:t>
      </w:r>
    </w:p>
    <w:p xmlns:wp14="http://schemas.microsoft.com/office/word/2010/wordml" w14:paraId="73DAEB0B" wp14:textId="77777777">
      <w:r w:rsidR="1D4EBF09">
        <w:rPr/>
        <w:t>Relevant History: ______________________________________</w:t>
      </w:r>
    </w:p>
    <w:p w:rsidR="1D4EBF09" w:rsidP="1D4EBF09" w:rsidRDefault="1D4EBF09" w14:paraId="180FE358" w14:textId="135989AC">
      <w:pPr>
        <w:pStyle w:val="Normal"/>
      </w:pPr>
    </w:p>
    <w:p xmlns:wp14="http://schemas.microsoft.com/office/word/2010/wordml" w14:paraId="1E636DD7" wp14:textId="77777777">
      <w:r>
        <w:t>CT / MRI Brain Report: ______________________________________</w:t>
      </w:r>
    </w:p>
    <w:p xmlns:wp14="http://schemas.microsoft.com/office/word/2010/wordml" w14:paraId="16776DE3" wp14:textId="77777777">
      <w:pPr>
        <w:pStyle w:val="Heading1"/>
      </w:pPr>
      <w:r w:rsidR="1D4EBF09">
        <w:rPr/>
        <w:t>Current Status</w:t>
      </w:r>
    </w:p>
    <w:p w:rsidR="41F27B11" w:rsidP="1D4EBF09" w:rsidRDefault="41F27B11" w14:paraId="1122F872" w14:textId="1633F46F">
      <w:pPr>
        <w:pStyle w:val="Normal"/>
      </w:pPr>
      <w:r w:rsidR="41F27B11">
        <w:rPr/>
        <w:t xml:space="preserve">Current Status: </w:t>
      </w:r>
      <w:r w:rsidR="41F27B11">
        <w:rPr/>
        <w:t>______________________________________</w:t>
      </w:r>
    </w:p>
    <w:p xmlns:wp14="http://schemas.microsoft.com/office/word/2010/wordml" w14:paraId="123B5185" wp14:textId="77777777">
      <w:r>
        <w:t>Mobility and Transfers: ______________________________________</w:t>
      </w:r>
    </w:p>
    <w:p xmlns:wp14="http://schemas.microsoft.com/office/word/2010/wordml" w14:paraId="7BD304DE" wp14:textId="77777777">
      <w:r>
        <w:t>Cognition and Behaviour: ______________________________________</w:t>
      </w:r>
    </w:p>
    <w:p xmlns:wp14="http://schemas.microsoft.com/office/word/2010/wordml" w14:paraId="26988BBC" wp14:textId="77777777">
      <w:r>
        <w:t>Supervision / Core Needs: ______________________________________</w:t>
      </w:r>
    </w:p>
    <w:p xmlns:wp14="http://schemas.microsoft.com/office/word/2010/wordml" w14:paraId="61168A78" wp14:textId="05143D3C">
      <w:r w:rsidR="1D4EBF09">
        <w:rPr/>
        <w:t xml:space="preserve">Tracheostomy: </w:t>
      </w:r>
      <w:r w:rsidR="270C1A52">
        <w:rPr/>
        <w:t>______________________________________</w:t>
      </w:r>
    </w:p>
    <w:p xmlns:wp14="http://schemas.microsoft.com/office/word/2010/wordml" w14:paraId="09CAE9CE" wp14:textId="77777777">
      <w:r>
        <w:t>Nutrition and Feeding: ______________________________________</w:t>
      </w:r>
    </w:p>
    <w:p xmlns:wp14="http://schemas.microsoft.com/office/word/2010/wordml" w14:paraId="3BB0F5EA" wp14:textId="77777777">
      <w:pPr>
        <w:pStyle w:val="Heading1"/>
      </w:pPr>
      <w:r>
        <w:t>Referring Clinician Details</w:t>
      </w:r>
    </w:p>
    <w:p xmlns:wp14="http://schemas.microsoft.com/office/word/2010/wordml" w14:paraId="27B7225F" wp14:textId="77777777">
      <w:r>
        <w:t>Signature: ______________________________________</w:t>
      </w:r>
    </w:p>
    <w:p xmlns:wp14="http://schemas.microsoft.com/office/word/2010/wordml" w14:paraId="2BF95DD7" wp14:textId="77777777">
      <w:r>
        <w:t>Name: ______________________________________</w:t>
      </w:r>
    </w:p>
    <w:p xmlns:wp14="http://schemas.microsoft.com/office/word/2010/wordml" w14:paraId="380E12DC" wp14:textId="77777777">
      <w:r>
        <w:t>GMC Number: ______________________________________</w:t>
      </w:r>
    </w:p>
    <w:p xmlns:wp14="http://schemas.microsoft.com/office/word/2010/wordml" w14:paraId="042841F4" wp14:textId="77777777">
      <w:r>
        <w:t>Trust Email Address: ______________________________________</w:t>
      </w:r>
    </w:p>
    <w:p xmlns:wp14="http://schemas.microsoft.com/office/word/2010/wordml" w14:paraId="229BE23C" wp14:textId="77777777">
      <w:pPr>
        <w:pStyle w:val="Heading1"/>
      </w:pPr>
      <w:r>
        <w:t>Admission Criteria</w:t>
      </w:r>
    </w:p>
    <w:p xmlns:wp14="http://schemas.microsoft.com/office/word/2010/wordml" w14:paraId="57AAC0BA" wp14:textId="4DD10957">
      <w:r w:rsidR="2BF96D7F">
        <w:rPr/>
        <w:t>The unit admits people who:</w:t>
      </w:r>
    </w:p>
    <w:p xmlns:wp14="http://schemas.microsoft.com/office/word/2010/wordml" w:rsidP="1D4EBF09" w14:paraId="393117A4" wp14:textId="5C12113D">
      <w:pPr>
        <w:pStyle w:val="ListParagraph"/>
        <w:numPr>
          <w:ilvl w:val="0"/>
          <w:numId w:val="10"/>
        </w:numPr>
        <w:rPr/>
      </w:pPr>
      <w:r w:rsidR="2BF96D7F">
        <w:rPr/>
        <w:t>reside in the Western Health and Social Care Trust</w:t>
      </w:r>
    </w:p>
    <w:p xmlns:wp14="http://schemas.microsoft.com/office/word/2010/wordml" w:rsidP="1D4EBF09" w14:paraId="2EDC45DA" wp14:textId="3373A06B">
      <w:pPr>
        <w:pStyle w:val="ListParagraph"/>
        <w:numPr>
          <w:ilvl w:val="0"/>
          <w:numId w:val="10"/>
        </w:numPr>
        <w:rPr/>
      </w:pPr>
      <w:r w:rsidR="2BF96D7F">
        <w:rPr/>
        <w:t>require inpatient assessment/rehabilitation</w:t>
      </w:r>
    </w:p>
    <w:p xmlns:wp14="http://schemas.microsoft.com/office/word/2010/wordml" w:rsidP="1D4EBF09" w14:paraId="27BBE9D9" wp14:textId="2B2EED5D">
      <w:pPr>
        <w:pStyle w:val="ListParagraph"/>
        <w:numPr>
          <w:ilvl w:val="0"/>
          <w:numId w:val="10"/>
        </w:numPr>
        <w:rPr/>
      </w:pPr>
      <w:r w:rsidR="2BF96D7F">
        <w:rPr/>
        <w:t>have sustained a brain injury or other neurological condition*</w:t>
      </w:r>
    </w:p>
    <w:p xmlns:wp14="http://schemas.microsoft.com/office/word/2010/wordml" w:rsidP="1D4EBF09" w14:paraId="1739A831" wp14:textId="12D808E9">
      <w:pPr>
        <w:pStyle w:val="ListParagraph"/>
        <w:numPr>
          <w:ilvl w:val="0"/>
          <w:numId w:val="10"/>
        </w:numPr>
        <w:rPr/>
      </w:pPr>
      <w:r w:rsidR="2BF96D7F">
        <w:rPr/>
        <w:t>are aged 16+ years</w:t>
      </w:r>
    </w:p>
    <w:p xmlns:wp14="http://schemas.microsoft.com/office/word/2010/wordml" w:rsidP="1D4EBF09" w14:paraId="4CD1AB8D" wp14:textId="605A4FD8">
      <w:pPr>
        <w:pStyle w:val="ListParagraph"/>
        <w:numPr>
          <w:ilvl w:val="0"/>
          <w:numId w:val="10"/>
        </w:numPr>
        <w:rPr/>
      </w:pPr>
      <w:r w:rsidR="2BF96D7F">
        <w:rPr/>
        <w:t>are medically/surgically stable</w:t>
      </w:r>
    </w:p>
    <w:p xmlns:wp14="http://schemas.microsoft.com/office/word/2010/wordml" w:rsidP="1D4EBF09" w14:paraId="2F5DAE26" wp14:textId="566012A7">
      <w:pPr>
        <w:pStyle w:val="ListParagraph"/>
        <w:numPr>
          <w:ilvl w:val="0"/>
          <w:numId w:val="10"/>
        </w:numPr>
        <w:rPr/>
      </w:pPr>
      <w:r w:rsidR="2BF96D7F">
        <w:rPr/>
        <w:t xml:space="preserve">have capacity to </w:t>
      </w:r>
      <w:r w:rsidR="2BF96D7F">
        <w:rPr/>
        <w:t>participate</w:t>
      </w:r>
      <w:r w:rsidR="2BF96D7F">
        <w:rPr/>
        <w:t xml:space="preserve"> in and tolerate the intensity of the rehabilitation programme</w:t>
      </w:r>
      <w:r w:rsidR="2BF96D7F">
        <w:rPr/>
        <w:t xml:space="preserve"> </w:t>
      </w:r>
    </w:p>
    <w:p xmlns:wp14="http://schemas.microsoft.com/office/word/2010/wordml" w:rsidP="1D4EBF09" w14:paraId="5A2A6891" wp14:textId="431DDC26">
      <w:pPr>
        <w:pStyle w:val="Normal"/>
      </w:pPr>
      <w:r w:rsidR="2BF96D7F">
        <w:rPr/>
        <w:t>If an individual has a tracheostomy they will not be excluded from admission to Spruce House.  The unit has capacity to facilitate two persons with tracheostomy at any one time.</w:t>
      </w:r>
    </w:p>
    <w:p xmlns:wp14="http://schemas.microsoft.com/office/word/2010/wordml" w:rsidP="1D4EBF09" w14:paraId="627A64EC" wp14:textId="398686B0">
      <w:pPr>
        <w:pStyle w:val="Normal"/>
      </w:pPr>
      <w:r w:rsidR="2BF96D7F">
        <w:rPr/>
        <w:t xml:space="preserve"> </w:t>
      </w:r>
      <w:r w:rsidR="2BF96D7F">
        <w:rPr/>
        <w:t xml:space="preserve">*While stroke has been excluded from the Standards Document for Acquired Brain Injury (ABI) </w:t>
      </w:r>
      <w:r w:rsidR="2BF96D7F">
        <w:rPr/>
        <w:t>management</w:t>
      </w:r>
      <w:r w:rsidR="2BF96D7F">
        <w:rPr/>
        <w:t xml:space="preserve"> it is acknowledged that patients with stroke may be admitted to Spruce House. These may include patients with Locked </w:t>
      </w:r>
      <w:r w:rsidR="2BF96D7F">
        <w:rPr/>
        <w:t>In</w:t>
      </w:r>
      <w:r w:rsidR="2BF96D7F">
        <w:rPr/>
        <w:t xml:space="preserve"> Syndrome, those with </w:t>
      </w:r>
      <w:r w:rsidR="2BF96D7F">
        <w:rPr/>
        <w:t>highly complex</w:t>
      </w:r>
      <w:r w:rsidR="2BF96D7F">
        <w:rPr/>
        <w:t xml:space="preserve"> physical needs and those </w:t>
      </w:r>
      <w:r w:rsidR="2BF96D7F">
        <w:rPr/>
        <w:t>referred</w:t>
      </w:r>
      <w:r w:rsidR="2BF96D7F">
        <w:rPr/>
        <w:t xml:space="preserve"> from Stroke Services where it is agreed that the needs of the patient would be better served by inpatient management within Spruce House.</w:t>
      </w:r>
    </w:p>
    <w:p xmlns:wp14="http://schemas.microsoft.com/office/word/2010/wordml" w14:paraId="0AF87856" wp14:textId="77777777">
      <w:pPr>
        <w:pStyle w:val="Heading1"/>
      </w:pPr>
      <w:r>
        <w:t>Exclusion Criteria</w:t>
      </w:r>
    </w:p>
    <w:p xmlns:wp14="http://schemas.microsoft.com/office/word/2010/wordml" w:rsidP="1D4EBF09" w14:paraId="576125CC" wp14:textId="5613E6CF">
      <w:pPr>
        <w:pStyle w:val="ListParagraph"/>
        <w:numPr>
          <w:ilvl w:val="0"/>
          <w:numId w:val="11"/>
        </w:numPr>
        <w:rPr/>
      </w:pPr>
      <w:r w:rsidR="1D65226E">
        <w:rPr/>
        <w:t>Patients who have not achieved medical/surgical stability.</w:t>
      </w:r>
    </w:p>
    <w:p xmlns:wp14="http://schemas.microsoft.com/office/word/2010/wordml" w:rsidP="1D4EBF09" w14:paraId="68669F93" wp14:textId="288A3A17">
      <w:pPr>
        <w:pStyle w:val="ListParagraph"/>
        <w:numPr>
          <w:ilvl w:val="0"/>
          <w:numId w:val="11"/>
        </w:numPr>
        <w:rPr/>
      </w:pPr>
      <w:r w:rsidR="1D65226E">
        <w:rPr/>
        <w:t>If challenging behaviour is present this will be assessed against the capacity of the facilities, expertise and staffing levels in Spruce House to manage this. If this behaviour falls outside that capacity the person cannot be managed in</w:t>
      </w:r>
    </w:p>
    <w:p xmlns:wp14="http://schemas.microsoft.com/office/word/2010/wordml" w:rsidP="1D4EBF09" w14:paraId="36774F07" wp14:textId="1FE7A377">
      <w:pPr>
        <w:pStyle w:val="ListParagraph"/>
        <w:numPr>
          <w:ilvl w:val="0"/>
          <w:numId w:val="11"/>
        </w:numPr>
        <w:rPr/>
      </w:pPr>
      <w:r w:rsidR="1D65226E">
        <w:rPr/>
        <w:t>Spruce House.</w:t>
      </w:r>
    </w:p>
    <w:p xmlns:wp14="http://schemas.microsoft.com/office/word/2010/wordml" w:rsidP="1D4EBF09" w14:paraId="45670C65" wp14:textId="0FB74831">
      <w:pPr>
        <w:pStyle w:val="ListParagraph"/>
        <w:numPr>
          <w:ilvl w:val="0"/>
          <w:numId w:val="11"/>
        </w:numPr>
        <w:rPr/>
      </w:pPr>
      <w:r w:rsidR="1D65226E">
        <w:rPr/>
        <w:t>If needs could be met more appropriately by an alternative service.</w:t>
      </w:r>
    </w:p>
    <w:p xmlns:wp14="http://schemas.microsoft.com/office/word/2010/wordml" w:rsidP="1D4EBF09" w14:paraId="1387A3E9" wp14:textId="67CB1CDC">
      <w:pPr>
        <w:pStyle w:val="ListParagraph"/>
        <w:numPr>
          <w:ilvl w:val="0"/>
          <w:numId w:val="11"/>
        </w:numPr>
        <w:rPr/>
      </w:pPr>
      <w:r w:rsidR="1D65226E">
        <w:rPr/>
        <w:t>Severe active mental health disorder.</w:t>
      </w:r>
    </w:p>
    <w:p xmlns:wp14="http://schemas.microsoft.com/office/word/2010/wordml" w:rsidP="1D4EBF09" w14:paraId="1318EB6B" wp14:textId="743DF3AF">
      <w:pPr>
        <w:pStyle w:val="ListParagraph"/>
        <w:numPr>
          <w:ilvl w:val="0"/>
          <w:numId w:val="11"/>
        </w:numPr>
        <w:rPr/>
      </w:pPr>
      <w:r w:rsidR="1D65226E">
        <w:rPr/>
        <w:t>Active illicit drug abuse.</w:t>
      </w:r>
    </w:p>
    <w:p xmlns:wp14="http://schemas.microsoft.com/office/word/2010/wordml" w:rsidP="1D4EBF09" w14:paraId="093A90C6" wp14:textId="5DAE1415">
      <w:pPr>
        <w:pStyle w:val="Normal"/>
      </w:pPr>
    </w:p>
    <w:sectPr w:rsidRPr="0006063C" w:rsidR="00FC693F" w:rsidSect="00034616">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10">
    <w:nsid w:val="4220ea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3af72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1">
    <w:abstractNumId w:val="10"/>
  </w:num>
  <w:num w:numId="10">
    <w:abstractNumId w:val="9"/>
  </w: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C106582"/>
    <w:rsid w:val="0C106582"/>
    <w:rsid w:val="17ECCFC8"/>
    <w:rsid w:val="1A52A054"/>
    <w:rsid w:val="1D4EBF09"/>
    <w:rsid w:val="1D65226E"/>
    <w:rsid w:val="21191D5F"/>
    <w:rsid w:val="21191D5F"/>
    <w:rsid w:val="270C1A52"/>
    <w:rsid w:val="2BF96D7F"/>
    <w:rsid w:val="300C42B9"/>
    <w:rsid w:val="36CA3DDC"/>
    <w:rsid w:val="3A1F4AB1"/>
    <w:rsid w:val="41F27B11"/>
    <w:rsid w:val="42B3956C"/>
    <w:rsid w:val="43C4B7DB"/>
    <w:rsid w:val="46DEEAA0"/>
    <w:rsid w:val="5F08C9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15323F85-93C9-43C1-A33B-EAA19165427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McErlean Grainne</dc:creator>
  <keywords/>
  <dc:description>generated by python-docx</dc:description>
  <lastModifiedBy>McErlean Grainne</lastModifiedBy>
  <revision>2</revision>
  <dcterms:created xsi:type="dcterms:W3CDTF">2026-09-29T15:35:20.2125897Z</dcterms:created>
  <dcterms:modified xsi:type="dcterms:W3CDTF">2026-09-29T15:47:20.2899164Z</dcterms:modified>
  <category/>
</coreProperties>
</file>