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Domiciliary Referral Form</w:t>
      </w:r>
    </w:p>
    <w:p>
      <w:pPr>
        <w:pStyle w:val="Subtitle"/>
      </w:pPr>
      <w:r>
        <w:t>Western Health and Social Care Trust</w:t>
      </w:r>
    </w:p>
    <w:p>
      <w:pPr>
        <w:pStyle w:val="IntenseQuote"/>
      </w:pPr>
      <w:r>
        <w:t>Complete this form electronically or print and complete clearly. Use the Tab key to move between form fields.</w:t>
      </w:r>
    </w:p>
    <w:p>
      <w:pPr>
        <w:pStyle w:val="Heading1"/>
        <w:keepNext/>
        <w:shd w:fill="DCE6F1"/>
      </w:pPr>
      <w:r>
        <w:t>Referral details</w:t>
      </w:r>
    </w:p>
    <w:p>
      <w:pPr>
        <w:keepNext/>
      </w:pPr>
      <w:r>
        <w:rPr>
          <w:b/>
        </w:rPr>
        <w:t>Date of referral</w:t>
      </w:r>
    </w:p>
    <w:p>
      <w:pPr>
        <w:spacing w:after="200"/>
      </w:pPr>
      <w:sdt>
        <w:sdtPr>
          <w:tag w:val="DATE_OF_REFERRAL"/>
          <w:alias w:val="DATE_OF_REFERRAL"/>
          <w:text/>
        </w:sdtPr>
        <w:sdtContent>
          <w:r>
            <w:rPr>
              <w:color w:val="64748B"/>
            </w:rPr>
            <w:t>{{DATE_OF_REFERRAL}}</w:t>
          </w:r>
        </w:sdtContent>
      </w:sdt>
    </w:p>
    <w:p>
      <w:pPr>
        <w:keepNext/>
      </w:pPr>
      <w:r>
        <w:rPr>
          <w:b/>
        </w:rPr>
        <w:t>Referred by - name</w:t>
      </w:r>
    </w:p>
    <w:p>
      <w:pPr>
        <w:spacing w:after="200"/>
      </w:pPr>
      <w:sdt>
        <w:sdtPr>
          <w:tag w:val="REFERRER_NAME"/>
          <w:alias w:val="REFERRER_NAME"/>
          <w:text/>
        </w:sdtPr>
        <w:sdtContent>
          <w:r>
            <w:rPr>
              <w:color w:val="64748B"/>
            </w:rPr>
            <w:t>{{REFERRER_NAME}}</w:t>
          </w:r>
        </w:sdtContent>
      </w:sdt>
    </w:p>
    <w:p>
      <w:pPr>
        <w:keepNext/>
      </w:pPr>
      <w:r>
        <w:rPr>
          <w:b/>
        </w:rPr>
        <w:t>Referred by - address</w:t>
      </w:r>
    </w:p>
    <w:p>
      <w:pPr>
        <w:spacing w:after="200"/>
      </w:pPr>
      <w:sdt>
        <w:sdtPr>
          <w:tag w:val="REFERRER_ADDRESS"/>
          <w:alias w:val="REFERRER_ADDRESS"/>
          <w:text/>
        </w:sdtPr>
        <w:sdtContent>
          <w:r>
            <w:rPr>
              <w:color w:val="64748B"/>
            </w:rPr>
            <w:t>{{REFERRER_ADDRESS}}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Telephone number</w:t>
      </w:r>
    </w:p>
    <w:p>
      <w:pPr>
        <w:spacing w:after="200"/>
      </w:pPr>
      <w:sdt>
        <w:sdtPr>
          <w:tag w:val="REFERRER_TELEPHONE"/>
          <w:alias w:val="REFERRER_TELEPHONE"/>
          <w:text/>
        </w:sdtPr>
        <w:sdtContent>
          <w:r>
            <w:rPr>
              <w:color w:val="64748B"/>
            </w:rPr>
            <w:t>{{REFERRER_TELEPHONE}}</w:t>
          </w:r>
        </w:sdtContent>
      </w:sdt>
    </w:p>
    <w:p>
      <w:pPr>
        <w:keepNext/>
      </w:pPr>
      <w:r>
        <w:rPr>
          <w:b/>
        </w:rPr>
        <w:t>Position</w:t>
      </w:r>
    </w:p>
    <w:p>
      <w:pPr>
        <w:spacing w:after="200"/>
      </w:pPr>
      <w:sdt>
        <w:sdtPr>
          <w:tag w:val="REFERRER_POSITION"/>
          <w:alias w:val="REFERRER_POSITION"/>
          <w:text/>
        </w:sdtPr>
        <w:sdtContent>
          <w:r>
            <w:rPr>
              <w:color w:val="64748B"/>
            </w:rPr>
            <w:t>{{REFERRER_POSITION}}</w:t>
          </w:r>
        </w:sdtContent>
      </w:sdt>
    </w:p>
    <w:p>
      <w:pPr>
        <w:pStyle w:val="Heading1"/>
        <w:keepNext/>
        <w:shd w:fill="DCE6F1"/>
      </w:pPr>
      <w:r>
        <w:t>Patient details</w:t>
      </w:r>
    </w:p>
    <w:p>
      <w:pPr>
        <w:keepNext/>
      </w:pPr>
      <w:r>
        <w:rPr>
          <w:b/>
        </w:rPr>
        <w:t>Patient name</w:t>
      </w:r>
    </w:p>
    <w:p>
      <w:pPr>
        <w:spacing w:after="200"/>
      </w:pPr>
      <w:sdt>
        <w:sdtPr>
          <w:tag w:val="PATIENT_NAME"/>
          <w:alias w:val="PATIENT_NAME"/>
          <w:text/>
        </w:sdtPr>
        <w:sdtContent>
          <w:r>
            <w:rPr>
              <w:color w:val="64748B"/>
            </w:rPr>
            <w:t>{{PATIENT_NAME}}</w:t>
          </w:r>
        </w:sdtContent>
      </w:sdt>
    </w:p>
    <w:p>
      <w:pPr>
        <w:keepNext/>
      </w:pPr>
      <w:r>
        <w:rPr>
          <w:b/>
        </w:rPr>
        <w:t>Date of birth</w:t>
      </w:r>
    </w:p>
    <w:p>
      <w:pPr>
        <w:spacing w:after="200"/>
      </w:pPr>
      <w:sdt>
        <w:sdtPr>
          <w:tag w:val="DATE_OF_BIRTH"/>
          <w:alias w:val="DATE_OF_BIRTH"/>
          <w:text/>
        </w:sdtPr>
        <w:sdtContent>
          <w:r>
            <w:rPr>
              <w:color w:val="64748B"/>
            </w:rPr>
            <w:t>{{DATE_OF_BIRTH}}</w:t>
          </w:r>
        </w:sdtContent>
      </w:sdt>
    </w:p>
    <w:p>
      <w:pPr>
        <w:keepNext/>
      </w:pPr>
      <w:r>
        <w:rPr>
          <w:b/>
        </w:rPr>
        <w:t>Health and Care number</w:t>
      </w:r>
    </w:p>
    <w:p>
      <w:pPr>
        <w:spacing w:after="200"/>
      </w:pPr>
      <w:sdt>
        <w:sdtPr>
          <w:tag w:val="HC_NUMBER"/>
          <w:alias w:val="HC_NUMBER"/>
          <w:text/>
        </w:sdtPr>
        <w:sdtContent>
          <w:r>
            <w:rPr>
              <w:color w:val="64748B"/>
            </w:rPr>
            <w:t>{{HC_NUMBER}}</w:t>
          </w:r>
        </w:sdtContent>
      </w:sdt>
    </w:p>
    <w:p>
      <w:pPr>
        <w:keepNext/>
      </w:pPr>
      <w:r>
        <w:rPr>
          <w:b/>
        </w:rPr>
        <w:t>Patient address</w:t>
      </w:r>
    </w:p>
    <w:p>
      <w:pPr>
        <w:spacing w:after="200"/>
      </w:pPr>
      <w:sdt>
        <w:sdtPr>
          <w:tag w:val="PATIENT_ADDRESS"/>
          <w:alias w:val="PATIENT_ADDRESS"/>
          <w:text/>
        </w:sdtPr>
        <w:sdtContent>
          <w:r>
            <w:rPr>
              <w:color w:val="64748B"/>
            </w:rPr>
            <w:t>{{PATIENT_ADDRESS}}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Next of kin - name and contact number</w:t>
      </w:r>
    </w:p>
    <w:p>
      <w:pPr>
        <w:spacing w:after="200"/>
      </w:pPr>
      <w:sdt>
        <w:sdtPr>
          <w:tag w:val="NEXT_OF_KIN"/>
          <w:alias w:val="NEXT_OF_KIN"/>
          <w:text/>
        </w:sdtPr>
        <w:sdtContent>
          <w:r>
            <w:rPr>
              <w:color w:val="64748B"/>
            </w:rPr>
            <w:t>{{NEXT_OF_KIN}}</w:t>
          </w:r>
        </w:sdtContent>
      </w:sdt>
    </w:p>
    <w:p>
      <w:r>
        <w:t>________________________________________________________________________________</w:t>
      </w:r>
    </w:p>
    <w:p>
      <w:pPr>
        <w:pStyle w:val="Heading1"/>
        <w:keepNext/>
        <w:shd w:fill="DCE6F1"/>
      </w:pPr>
      <w:r>
        <w:t>Contact person</w:t>
      </w:r>
    </w:p>
    <w:p>
      <w:pPr>
        <w:keepNext/>
      </w:pPr>
      <w:r>
        <w:rPr>
          <w:b/>
        </w:rPr>
        <w:t>Contact person name, for example relative, key worker or social worker</w:t>
      </w:r>
    </w:p>
    <w:p>
      <w:pPr>
        <w:spacing w:after="200"/>
      </w:pPr>
      <w:sdt>
        <w:sdtPr>
          <w:tag w:val="CONTACT_NAME"/>
          <w:alias w:val="CONTACT_NAME"/>
          <w:text/>
        </w:sdtPr>
        <w:sdtContent>
          <w:r>
            <w:rPr>
              <w:color w:val="64748B"/>
            </w:rPr>
            <w:t>{{CONTACT_NAME}}</w:t>
          </w:r>
        </w:sdtContent>
      </w:sdt>
    </w:p>
    <w:p>
      <w:pPr>
        <w:keepNext/>
      </w:pPr>
      <w:r>
        <w:rPr>
          <w:b/>
        </w:rPr>
        <w:t>Contact person address</w:t>
      </w:r>
    </w:p>
    <w:p>
      <w:pPr>
        <w:spacing w:after="200"/>
      </w:pPr>
      <w:sdt>
        <w:sdtPr>
          <w:tag w:val="CONTACT_ADDRESS"/>
          <w:alias w:val="CONTACT_ADDRESS"/>
          <w:text/>
        </w:sdtPr>
        <w:sdtContent>
          <w:r>
            <w:rPr>
              <w:color w:val="64748B"/>
            </w:rPr>
            <w:t>{{CONTACT_ADDRESS}}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Daytime telephone number</w:t>
      </w:r>
    </w:p>
    <w:p>
      <w:pPr>
        <w:spacing w:after="200"/>
      </w:pPr>
      <w:sdt>
        <w:sdtPr>
          <w:tag w:val="CONTACT_TELEPHONE"/>
          <w:alias w:val="CONTACT_TELEPHONE"/>
          <w:text/>
        </w:sdtPr>
        <w:sdtContent>
          <w:r>
            <w:rPr>
              <w:color w:val="64748B"/>
            </w:rPr>
            <w:t>{{CONTACT_TELEPHONE}}</w:t>
          </w:r>
        </w:sdtContent>
      </w:sdt>
    </w:p>
    <w:p>
      <w:pPr>
        <w:keepNext/>
      </w:pPr>
      <w:r>
        <w:rPr>
          <w:b/>
        </w:rPr>
        <w:t>GP name and address</w:t>
      </w:r>
    </w:p>
    <w:p>
      <w:pPr>
        <w:spacing w:after="200"/>
      </w:pPr>
      <w:sdt>
        <w:sdtPr>
          <w:tag w:val="GP_DETAILS"/>
          <w:alias w:val="GP_DETAILS"/>
          <w:text/>
        </w:sdtPr>
        <w:sdtContent>
          <w:r>
            <w:rPr>
              <w:color w:val="64748B"/>
            </w:rPr>
            <w:t>{{GP_DETAILS}}</w:t>
          </w:r>
        </w:sdtContent>
      </w:sdt>
    </w:p>
    <w:p>
      <w:r>
        <w:t>________________________________________________________________________________</w:t>
      </w:r>
    </w:p>
    <w:p>
      <w:pPr>
        <w:pStyle w:val="Heading1"/>
        <w:keepNext/>
        <w:shd w:fill="DCE6F1"/>
      </w:pPr>
      <w:r>
        <w:t>Dental and attendance information</w:t>
      </w:r>
    </w:p>
    <w:p>
      <w:pPr>
        <w:keepNext/>
      </w:pPr>
      <w:r>
        <w:rPr>
          <w:b/>
        </w:rPr>
        <w:t>Dental status - select one</w:t>
      </w:r>
    </w:p>
    <w:p>
      <w:pPr>
        <w:pStyle w:val="ListBullet"/>
        <w:ind w:left="360"/>
      </w:pPr>
      <w:r>
        <w:t xml:space="preserve">[ ] Natural teeth  </w:t>
      </w:r>
      <w:sdt>
        <w:sdtPr>
          <w:tag w:val="DENTAL_STATUS_1"/>
          <w:alias w:val="DENTAL_STATUS_1"/>
          <w:text/>
        </w:sdtPr>
        <w:sdtContent>
          <w:r>
            <w:t>{{DENTAL_STATUS_1}}</w:t>
          </w:r>
        </w:sdtContent>
      </w:sdt>
    </w:p>
    <w:p>
      <w:pPr>
        <w:pStyle w:val="ListBullet"/>
        <w:ind w:left="360"/>
      </w:pPr>
      <w:r>
        <w:t xml:space="preserve">[ ] Dentures  </w:t>
      </w:r>
      <w:sdt>
        <w:sdtPr>
          <w:tag w:val="DENTAL_STATUS_2"/>
          <w:alias w:val="DENTAL_STATUS_2"/>
          <w:text/>
        </w:sdtPr>
        <w:sdtContent>
          <w:r>
            <w:t>{{DENTAL_STATUS_2}}</w:t>
          </w:r>
        </w:sdtContent>
      </w:sdt>
    </w:p>
    <w:p>
      <w:pPr>
        <w:pStyle w:val="ListBullet"/>
        <w:ind w:left="360"/>
      </w:pPr>
      <w:r>
        <w:t xml:space="preserve">[ ] Both  </w:t>
      </w:r>
      <w:sdt>
        <w:sdtPr>
          <w:tag w:val="DENTAL_STATUS_3"/>
          <w:alias w:val="DENTAL_STATUS_3"/>
          <w:text/>
        </w:sdtPr>
        <w:sdtContent>
          <w:r>
            <w:t>{{DENTAL_STATUS_3}}</w:t>
          </w:r>
        </w:sdtContent>
      </w:sdt>
    </w:p>
    <w:p>
      <w:pPr>
        <w:keepNext/>
      </w:pPr>
      <w:r>
        <w:rPr>
          <w:b/>
        </w:rPr>
        <w:t>Reason for referral</w:t>
      </w:r>
    </w:p>
    <w:p>
      <w:pPr>
        <w:spacing w:after="200"/>
      </w:pPr>
      <w:sdt>
        <w:sdtPr>
          <w:tag w:val="REASON_FOR_REFERRAL"/>
          <w:alias w:val="REASON_FOR_REFERRAL"/>
          <w:text/>
        </w:sdtPr>
        <w:sdtContent>
          <w:r>
            <w:rPr>
              <w:color w:val="64748B"/>
            </w:rPr>
            <w:t>{{REASON_FOR_REFERRAL}}</w:t>
          </w:r>
        </w:sdtContent>
      </w:sdt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Priority - select one</w:t>
      </w:r>
    </w:p>
    <w:p>
      <w:pPr>
        <w:pStyle w:val="ListBullet"/>
        <w:ind w:left="360"/>
      </w:pPr>
      <w:r>
        <w:t xml:space="preserve">[ ] Urgent  </w:t>
      </w:r>
      <w:sdt>
        <w:sdtPr>
          <w:tag w:val="PRIORITY_1"/>
          <w:alias w:val="PRIORITY_1"/>
          <w:text/>
        </w:sdtPr>
        <w:sdtContent>
          <w:r>
            <w:t>{{PRIORITY_1}}</w:t>
          </w:r>
        </w:sdtContent>
      </w:sdt>
    </w:p>
    <w:p>
      <w:pPr>
        <w:pStyle w:val="ListBullet"/>
        <w:ind w:left="360"/>
      </w:pPr>
      <w:r>
        <w:t xml:space="preserve">[ ] Non-urgent  </w:t>
      </w:r>
      <w:sdt>
        <w:sdtPr>
          <w:tag w:val="PRIORITY_2"/>
          <w:alias w:val="PRIORITY_2"/>
          <w:text/>
        </w:sdtPr>
        <w:sdtContent>
          <w:r>
            <w:t>{{PRIORITY_2}}</w:t>
          </w:r>
        </w:sdtContent>
      </w:sdt>
    </w:p>
    <w:p>
      <w:pPr>
        <w:keepNext/>
      </w:pPr>
      <w:r>
        <w:rPr>
          <w:b/>
        </w:rPr>
        <w:t>Can the patient attend a dental clinic?</w:t>
      </w:r>
    </w:p>
    <w:p>
      <w:pPr>
        <w:pStyle w:val="ListBullet"/>
        <w:ind w:left="360"/>
      </w:pPr>
      <w:r>
        <w:t xml:space="preserve">[ ] Yes  </w:t>
      </w:r>
      <w:sdt>
        <w:sdtPr>
          <w:tag w:val="ATTEND_CLINIC_1"/>
          <w:alias w:val="ATTEND_CLINIC_1"/>
          <w:text/>
        </w:sdtPr>
        <w:sdtContent>
          <w:r>
            <w:t>{{ATTEND_CLINIC_1}}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ATTEND_CLINIC_2"/>
          <w:alias w:val="ATTEND_CLINIC_2"/>
          <w:text/>
        </w:sdtPr>
        <w:sdtContent>
          <w:r>
            <w:t>{{ATTEND_CLINIC_2}}</w:t>
          </w:r>
        </w:sdtContent>
      </w:sdt>
    </w:p>
    <w:p>
      <w:pPr>
        <w:keepNext/>
      </w:pPr>
      <w:r>
        <w:rPr>
          <w:b/>
        </w:rPr>
        <w:t>Does the patient attend hospital appointments?</w:t>
      </w:r>
    </w:p>
    <w:p>
      <w:pPr>
        <w:pStyle w:val="ListBullet"/>
        <w:ind w:left="360"/>
      </w:pPr>
      <w:r>
        <w:t xml:space="preserve">[ ] Yes  </w:t>
      </w:r>
      <w:sdt>
        <w:sdtPr>
          <w:tag w:val="HOSPITAL_APPOINTMENTS_1"/>
          <w:alias w:val="HOSPITAL_APPOINTMENTS_1"/>
          <w:text/>
        </w:sdtPr>
        <w:sdtContent>
          <w:r>
            <w:t>{{HOSPITAL_APPOINTMENTS_1}}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HOSPITAL_APPOINTMENTS_2"/>
          <w:alias w:val="HOSPITAL_APPOINTMENTS_2"/>
          <w:text/>
        </w:sdtPr>
        <w:sdtContent>
          <w:r>
            <w:t>{{HOSPITAL_APPOINTMENTS_2}}</w:t>
          </w:r>
        </w:sdtContent>
      </w:sdt>
    </w:p>
    <w:p>
      <w:pPr>
        <w:keepNext/>
      </w:pPr>
      <w:r>
        <w:rPr>
          <w:b/>
        </w:rPr>
        <w:t>If yes, transport used - select all that apply</w:t>
      </w:r>
    </w:p>
    <w:p>
      <w:pPr>
        <w:pStyle w:val="ListBullet"/>
        <w:ind w:left="360"/>
      </w:pPr>
      <w:r>
        <w:t xml:space="preserve">[ ] Wheelchair taxi  </w:t>
      </w:r>
      <w:sdt>
        <w:sdtPr>
          <w:tag w:val="TRANSPORT_1"/>
          <w:alias w:val="TRANSPORT_1"/>
          <w:text/>
        </w:sdtPr>
        <w:sdtContent>
          <w:r>
            <w:t>{{TRANSPORT_1}}</w:t>
          </w:r>
        </w:sdtContent>
      </w:sdt>
    </w:p>
    <w:p>
      <w:pPr>
        <w:pStyle w:val="ListBullet"/>
        <w:ind w:left="360"/>
      </w:pPr>
      <w:r>
        <w:t xml:space="preserve">[ ] Own transport  </w:t>
      </w:r>
      <w:sdt>
        <w:sdtPr>
          <w:tag w:val="TRANSPORT_2"/>
          <w:alias w:val="TRANSPORT_2"/>
          <w:text/>
        </w:sdtPr>
        <w:sdtContent>
          <w:r>
            <w:t>{{TRANSPORT_2}}</w:t>
          </w:r>
        </w:sdtContent>
      </w:sdt>
    </w:p>
    <w:p>
      <w:pPr>
        <w:pStyle w:val="ListBullet"/>
        <w:ind w:left="360"/>
      </w:pPr>
      <w:r>
        <w:t xml:space="preserve">[ ] Ambulance transport  </w:t>
      </w:r>
      <w:sdt>
        <w:sdtPr>
          <w:tag w:val="TRANSPORT_3"/>
          <w:alias w:val="TRANSPORT_3"/>
          <w:text/>
        </w:sdtPr>
        <w:sdtContent>
          <w:r>
            <w:t>{{TRANSPORT_3}}</w:t>
          </w:r>
        </w:sdtContent>
      </w:sdt>
    </w:p>
    <w:p>
      <w:pPr>
        <w:keepNext/>
      </w:pPr>
      <w:r>
        <w:rPr>
          <w:b/>
        </w:rPr>
        <w:t>Known allergies</w:t>
      </w:r>
    </w:p>
    <w:p>
      <w:pPr>
        <w:spacing w:after="200"/>
      </w:pPr>
      <w:sdt>
        <w:sdtPr>
          <w:tag w:val="KNOWN_ALLERGIES"/>
          <w:alias w:val="KNOWN_ALLERGIES"/>
          <w:text/>
        </w:sdtPr>
        <w:sdtContent>
          <w:r>
            <w:rPr>
              <w:color w:val="64748B"/>
            </w:rPr>
            <w:t>{{KNOWN_ALLERGIES}}</w:t>
          </w:r>
        </w:sdtContent>
      </w:sdt>
    </w:p>
    <w:p>
      <w:r>
        <w:t>________________________________________________________________________________</w:t>
      </w:r>
    </w:p>
    <w:p>
      <w:pPr>
        <w:pStyle w:val="Heading1"/>
        <w:keepNext/>
        <w:shd w:fill="DCE6F1"/>
      </w:pPr>
      <w:r>
        <w:t>Additional needs</w:t>
      </w:r>
    </w:p>
    <w:p>
      <w:pPr>
        <w:keepNext/>
      </w:pPr>
      <w:r>
        <w:rPr>
          <w:b/>
        </w:rPr>
        <w:t>Communication difficulties</w:t>
      </w:r>
    </w:p>
    <w:p>
      <w:pPr>
        <w:pStyle w:val="ListBullet"/>
        <w:ind w:left="360"/>
      </w:pPr>
      <w:r>
        <w:t xml:space="preserve">[ ] Yes  </w:t>
      </w:r>
      <w:sdt>
        <w:sdtPr>
          <w:tag w:val="COMMUNICATION_1"/>
          <w:alias w:val="COMMUNICATION_1"/>
          <w:text/>
        </w:sdtPr>
        <w:sdtContent>
          <w:r>
            <w:t>{{COMMUNICATION_1}}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COMMUNICATION_2"/>
          <w:alias w:val="COMMUNICATION_2"/>
          <w:text/>
        </w:sdtPr>
        <w:sdtContent>
          <w:r>
            <w:t>{{COMMUNICATION_2}}</w:t>
          </w:r>
        </w:sdtContent>
      </w:sdt>
    </w:p>
    <w:p>
      <w:pPr>
        <w:keepNext/>
      </w:pPr>
      <w:r>
        <w:rPr>
          <w:b/>
        </w:rPr>
        <w:t>Communication difficulties - details</w:t>
      </w:r>
    </w:p>
    <w:p>
      <w:pPr>
        <w:spacing w:after="200"/>
      </w:pPr>
      <w:sdt>
        <w:sdtPr>
          <w:tag w:val="COMMUNICATION_DETAILS"/>
          <w:alias w:val="COMMUNICATION_DETAILS"/>
          <w:text/>
        </w:sdtPr>
        <w:sdtContent>
          <w:r>
            <w:rPr>
              <w:color w:val="64748B"/>
            </w:rPr>
            <w:t>{{COMMUNICATION_DETAILS}}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Dementia or confusion</w:t>
      </w:r>
    </w:p>
    <w:p>
      <w:pPr>
        <w:pStyle w:val="ListBullet"/>
        <w:ind w:left="360"/>
      </w:pPr>
      <w:r>
        <w:t xml:space="preserve">[ ] Yes  </w:t>
      </w:r>
      <w:sdt>
        <w:sdtPr>
          <w:tag w:val="DEMENTIA_1"/>
          <w:alias w:val="DEMENTIA_1"/>
          <w:text/>
        </w:sdtPr>
        <w:sdtContent>
          <w:r>
            <w:t>{{DEMENTIA_1}}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DEMENTIA_2"/>
          <w:alias w:val="DEMENTIA_2"/>
          <w:text/>
        </w:sdtPr>
        <w:sdtContent>
          <w:r>
            <w:t>{{DEMENTIA_2}}</w:t>
          </w:r>
        </w:sdtContent>
      </w:sdt>
    </w:p>
    <w:p>
      <w:pPr>
        <w:keepNext/>
      </w:pPr>
      <w:r>
        <w:rPr>
          <w:b/>
        </w:rPr>
        <w:t>Dementia or confusion - details</w:t>
      </w:r>
    </w:p>
    <w:p>
      <w:pPr>
        <w:spacing w:after="200"/>
      </w:pPr>
      <w:sdt>
        <w:sdtPr>
          <w:tag w:val="DEMENTIA_DETAILS"/>
          <w:alias w:val="DEMENTIA_DETAILS"/>
          <w:text/>
        </w:sdtPr>
        <w:sdtContent>
          <w:r>
            <w:rPr>
              <w:color w:val="64748B"/>
            </w:rPr>
            <w:t>{{DEMENTIA_DETAILS}}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Mobility problems</w:t>
      </w:r>
    </w:p>
    <w:p>
      <w:pPr>
        <w:pStyle w:val="ListBullet"/>
        <w:ind w:left="360"/>
      </w:pPr>
      <w:r>
        <w:t xml:space="preserve">[ ] Yes  </w:t>
      </w:r>
      <w:sdt>
        <w:sdtPr>
          <w:tag w:val="MOBILITY_1"/>
          <w:alias w:val="MOBILITY_1"/>
          <w:text/>
        </w:sdtPr>
        <w:sdtContent>
          <w:r>
            <w:t>{{MOBILITY_1}}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MOBILITY_2"/>
          <w:alias w:val="MOBILITY_2"/>
          <w:text/>
        </w:sdtPr>
        <w:sdtContent>
          <w:r>
            <w:t>{{MOBILITY_2}}</w:t>
          </w:r>
        </w:sdtContent>
      </w:sdt>
    </w:p>
    <w:p>
      <w:pPr>
        <w:keepNext/>
      </w:pPr>
      <w:r>
        <w:rPr>
          <w:b/>
        </w:rPr>
        <w:t>Mobility problems - details</w:t>
      </w:r>
    </w:p>
    <w:p>
      <w:pPr>
        <w:spacing w:after="200"/>
      </w:pPr>
      <w:sdt>
        <w:sdtPr>
          <w:tag w:val="MOBILITY_DETAILS"/>
          <w:alias w:val="MOBILITY_DETAILS"/>
          <w:text/>
        </w:sdtPr>
        <w:sdtContent>
          <w:r>
            <w:rPr>
              <w:color w:val="64748B"/>
            </w:rPr>
            <w:t>{{MOBILITY_DETAILS}}</w:t>
          </w:r>
        </w:sdtContent>
      </w:sdt>
    </w:p>
    <w:p>
      <w:r>
        <w:t>________________________________________________________________________________</w:t>
      </w:r>
    </w:p>
    <w:p>
      <w:pPr>
        <w:keepNext/>
      </w:pPr>
      <w:r>
        <w:rPr>
          <w:b/>
        </w:rPr>
        <w:t>Swallowing problems</w:t>
      </w:r>
    </w:p>
    <w:p>
      <w:pPr>
        <w:pStyle w:val="ListBullet"/>
        <w:ind w:left="360"/>
      </w:pPr>
      <w:r>
        <w:t xml:space="preserve">[ ] Yes  </w:t>
      </w:r>
      <w:sdt>
        <w:sdtPr>
          <w:tag w:val="SWALLOWING_1"/>
          <w:alias w:val="SWALLOWING_1"/>
          <w:text/>
        </w:sdtPr>
        <w:sdtContent>
          <w:r>
            <w:t>{{SWALLOWING_1}}</w:t>
          </w:r>
        </w:sdtContent>
      </w:sdt>
    </w:p>
    <w:p>
      <w:pPr>
        <w:pStyle w:val="ListBullet"/>
        <w:ind w:left="360"/>
      </w:pPr>
      <w:r>
        <w:t xml:space="preserve">[ ] No  </w:t>
      </w:r>
      <w:sdt>
        <w:sdtPr>
          <w:tag w:val="SWALLOWING_2"/>
          <w:alias w:val="SWALLOWING_2"/>
          <w:text/>
        </w:sdtPr>
        <w:sdtContent>
          <w:r>
            <w:t>{{SWALLOWING_2}}</w:t>
          </w:r>
        </w:sdtContent>
      </w:sdt>
    </w:p>
    <w:p>
      <w:pPr>
        <w:keepNext/>
      </w:pPr>
      <w:r>
        <w:rPr>
          <w:b/>
        </w:rPr>
        <w:t>Swallowing problems - details</w:t>
      </w:r>
    </w:p>
    <w:p>
      <w:pPr>
        <w:spacing w:after="200"/>
      </w:pPr>
      <w:sdt>
        <w:sdtPr>
          <w:tag w:val="SWALLOWING_DETAILS"/>
          <w:alias w:val="SWALLOWING_DETAILS"/>
          <w:text/>
        </w:sdtPr>
        <w:sdtContent>
          <w:r>
            <w:rPr>
              <w:color w:val="64748B"/>
            </w:rPr>
            <w:t>{{SWALLOWING_DETAILS}}</w:t>
          </w:r>
        </w:sdtContent>
      </w:sdt>
    </w:p>
    <w:p>
      <w:r>
        <w:t>________________________________________________________________________________</w:t>
      </w:r>
    </w:p>
    <w:p>
      <w:r>
        <w:rPr>
          <w:b/>
        </w:rPr>
        <w:t>Please attach a completed medical history form and a photocopy of the patient's Kardex.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75467"/>
        <w:sz w:val="16"/>
      </w:rPr>
      <w:t>Western Health and Social Care Trust | Accessible referral form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en-G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65D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65D"/>
      <w:sz w:val="24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  <w:rPr>
      <w:lang w:val="en-GB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numbering" w:default="1" w:styleId="NoList">
    <w:name w:val="No List"/>
    <w:uiPriority w:val="99"/>
    <w:semiHidden/>
    <w:unhideWhenUsed/>
    <w:rPr>
      <w:lang w:val="en-GB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/>
      <w:spacing w:val="5"/>
      <w:kern w:val="28"/>
      <w:sz w:val="40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lang w:val="en-GB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lang w:val="en-GB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en-GB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en-GB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en-GB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en-GB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en-GB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en-GB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en-GB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en-GB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en-GB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en-GB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en-GB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en-GB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lang w:val="en-GB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lang w:val="en-GB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lang w:val="en-GB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lang w:val="en-GB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lang w:val="en-GB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lang w:val="en-GB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en-GB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rPr>
      <w:lang w:val="en-GB"/>
    </w:r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rPr>
      <w:lang w:val="en-GB"/>
    </w:r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rPr>
      <w:lang w:val="en-GB"/>
    </w:r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rPr>
      <w:lang w:val="en-GB"/>
    </w:r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rPr>
      <w:lang w:val="en-GB"/>
    </w:r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rPr>
      <w:lang w:val="en-GB"/>
    </w:r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rPr>
      <w:lang w:val="en-GB"/>
    </w:r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rPr>
      <w:lang w:val="en-GB"/>
    </w:r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rPr>
      <w:lang w:val="en-GB"/>
    </w:r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rPr>
      <w:lang w:val="en-GB"/>
    </w:r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rPr>
      <w:lang w:val="en-GB"/>
    </w:r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rPr>
      <w:lang w:val="en-GB"/>
    </w:r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rPr>
      <w:lang w:val="en-GB"/>
    </w:r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rPr>
      <w:lang w:val="en-GB"/>
    </w:r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rPr>
      <w:lang w:val="en-GB"/>
    </w:r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  <w:rPr>
      <w:lang w:val="en-GB"/>
    </w:r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rPr>
      <w:lang w:val="en-GB"/>
    </w:r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rPr>
      <w:lang w:val="en-GB"/>
    </w:r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rPr>
      <w:lang w:val="en-GB"/>
    </w:r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rPr>
      <w:lang w:val="en-GB"/>
    </w:r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rPr>
      <w:lang w:val="en-GB"/>
    </w:r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rPr>
      <w:lang w:val="en-GB"/>
    </w:r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rPr>
      <w:lang w:val="en-GB"/>
    </w:r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rPr>
      <w:lang w:val="en-GB"/>
    </w:r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  <w:rPr>
      <w:lang w:val="en-GB"/>
    </w:r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  <w:rPr>
      <w:lang w:val="en-GB"/>
    </w:r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  <w:rPr>
      <w:lang w:val="en-GB"/>
    </w:r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  <w:rPr>
      <w:lang w:val="en-GB"/>
    </w:r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  <w:rPr>
      <w:lang w:val="en-GB"/>
    </w:r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  <w:rPr>
      <w:lang w:val="en-GB"/>
    </w:r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  <w:rPr>
      <w:lang w:val="en-GB"/>
    </w:r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lang w:val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Domiciliary Referral Form</dc:title>
  <dc:subject>Accessible referral form</dc:subject>
  <dc:creator>Rahman Roshin</dc:creator>
  <keywords>referral, healthcare, accessible form</keywords>
  <dc:description>generated by python-docx</dc:description>
  <lastModifiedBy>Rahman Roshin</lastModifiedBy>
  <revision>1</revision>
  <dcterms:created xsi:type="dcterms:W3CDTF">2026-09-21T15:42:23.4696473Z</dcterms:created>
  <dcterms:modified xsi:type="dcterms:W3CDTF">2026-09-21T15:42:23.4696473Z</dcterms:modified>
  <category/>
</coreProperties>
</file>