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Condition Management Programme (CMP)</w:t>
        <w:br/>
        <w:t>Accessible Referral Form</w:t>
      </w:r>
    </w:p>
    <w:p>
      <w:r>
        <w:rPr>
          <w:b/>
        </w:rPr>
        <w:t xml:space="preserve">Instructions: </w:t>
      </w:r>
      <w:r>
        <w:t>Complete all relevant sections. Tick applicable boxes and complete all required fields.</w:t>
      </w:r>
    </w:p>
    <w:p>
      <w:pPr>
        <w:pStyle w:val="Heading1"/>
      </w:pPr>
      <w:r>
        <w:t>Consent and Declaration</w:t>
      </w:r>
    </w:p>
    <w:p>
      <w:r>
        <w:t>Client Name: ______________________________</w:t>
      </w:r>
    </w:p>
    <w:p>
      <w:r>
        <w:t>Signature: ___________________   Date: __________</w:t>
      </w:r>
    </w:p>
    <w:p>
      <w:r>
        <w:t>Client advised of above by telephone: ☐ Yes  ☐ No</w:t>
      </w:r>
    </w:p>
    <w:p>
      <w:r>
        <w:t>Referrer Signature: ___________________   Date/Time: __________</w:t>
      </w:r>
    </w:p>
    <w:p>
      <w:pPr>
        <w:pStyle w:val="Heading1"/>
      </w:pPr>
      <w:r>
        <w:t>Referrer Details</w:t>
      </w:r>
    </w:p>
    <w:p>
      <w:r>
        <w:t>CMP Trust:</w:t>
      </w:r>
    </w:p>
    <w:p>
      <w:r>
        <w:t>☐ Belfast  ☐ Northern  ☐ South Eastern  ☐ Southern  ☐ Western</w:t>
      </w:r>
    </w:p>
    <w:p>
      <w:r>
        <w:t>Referrer Source: ____________________________________</w:t>
      </w:r>
    </w:p>
    <w:p>
      <w:r>
        <w:t>Referrer Name: __________________</w:t>
      </w:r>
    </w:p>
    <w:p>
      <w:r>
        <w:t>Telephone: __________________</w:t>
      </w:r>
    </w:p>
    <w:p>
      <w:r>
        <w:t>Email: __________________</w:t>
      </w:r>
    </w:p>
    <w:p>
      <w:pPr>
        <w:pStyle w:val="Heading1"/>
      </w:pPr>
      <w:r>
        <w:t>Client Details</w:t>
      </w:r>
    </w:p>
    <w:p>
      <w:r>
        <w:t>Title:</w:t>
      </w:r>
    </w:p>
    <w:p>
      <w:r>
        <w:t>☐ Mr  ☐ Mrs  ☐ Miss  ☐ Ms  ☐ Other</w:t>
      </w:r>
    </w:p>
    <w:p>
      <w:r>
        <w:t>Surname: __________________  First Name: __________________</w:t>
      </w:r>
    </w:p>
    <w:p>
      <w:r>
        <w:t>Date of Birth: __________</w:t>
      </w:r>
    </w:p>
    <w:p>
      <w:r>
        <w:t>Health &amp; Care Number / NI Number: __________</w:t>
      </w:r>
    </w:p>
    <w:p>
      <w:r>
        <w:t>Address: ____________________________________________</w:t>
      </w:r>
    </w:p>
    <w:p>
      <w:r>
        <w:t>Postcode: __________</w:t>
      </w:r>
    </w:p>
    <w:p>
      <w:r>
        <w:t>Home Tel: __________  Mobile: __________</w:t>
      </w:r>
    </w:p>
    <w:p>
      <w:r>
        <w:t>Email: __________________</w:t>
      </w:r>
    </w:p>
    <w:p>
      <w:r>
        <w:t>Interpreter Required: ☐ Yes  ☐ No   Language: __________</w:t>
      </w:r>
    </w:p>
    <w:p>
      <w:pPr>
        <w:pStyle w:val="Heading1"/>
      </w:pPr>
      <w:r>
        <w:t>Benefit Status</w:t>
      </w:r>
    </w:p>
    <w:p>
      <w:r>
        <w:t>Currently receiving benefits: ☐ Yes  ☐ No</w:t>
      </w:r>
    </w:p>
    <w:p>
      <w:r>
        <w:t>Time since last worked: __________________</w:t>
      </w:r>
    </w:p>
    <w:p>
      <w:r>
        <w:t>Previous employment: Full-time ☐  Part-time ☐</w:t>
      </w:r>
    </w:p>
    <w:p>
      <w:pPr>
        <w:pStyle w:val="Heading1"/>
      </w:pPr>
      <w:r>
        <w:t>Employment Details</w:t>
      </w:r>
    </w:p>
    <w:p>
      <w:r>
        <w:t>Currently employed: ☐ Full-time  ☐ Part-time</w:t>
      </w:r>
    </w:p>
    <w:p>
      <w:r>
        <w:t>Current hours worked: __________</w:t>
      </w:r>
    </w:p>
    <w:p>
      <w:r>
        <w:t>Work status: ☐ Attending work  ☐ Off sick</w:t>
      </w:r>
    </w:p>
    <w:p>
      <w:r>
        <w:t>Employer: __________________</w:t>
      </w:r>
    </w:p>
    <w:p>
      <w:r>
        <w:t>Occupational Sector: __________________</w:t>
      </w:r>
    </w:p>
    <w:p>
      <w:r>
        <w:t>Job Role: __________________</w:t>
      </w:r>
    </w:p>
    <w:p>
      <w:pPr>
        <w:pStyle w:val="Heading1"/>
      </w:pPr>
      <w:r>
        <w:t>Disability or Health Condition</w:t>
      </w:r>
    </w:p>
    <w:p>
      <w:r>
        <w:t>Details of health condition/disability:</w:t>
      </w:r>
    </w:p>
    <w:p>
      <w:r>
        <w:t>________________________________________</w:t>
      </w:r>
    </w:p>
    <w:p>
      <w:r>
        <w:t>________________________________________</w:t>
      </w:r>
    </w:p>
    <w:p>
      <w:r>
        <w:t>Assessment requirements or reasonable adjustments:</w:t>
      </w:r>
    </w:p>
    <w:p>
      <w:r>
        <w:t>________________________________________</w:t>
      </w:r>
    </w:p>
    <w:p>
      <w:pPr>
        <w:pStyle w:val="Heading1"/>
      </w:pPr>
      <w:r>
        <w:t>For Official Use Only</w:t>
      </w:r>
    </w:p>
    <w:p>
      <w:r>
        <w:t>Date CMP1 Received: __________________</w:t>
      </w:r>
    </w:p>
    <w:p>
      <w:r>
        <w:t>Database Updated On: __________________</w:t>
      </w:r>
    </w:p>
    <w:p>
      <w:r>
        <w:t>Passed for Screening On: 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McErlean Grainne</dc:creator>
  <keywords/>
  <dc:description>generated by python-docx</dc:description>
  <lastModifiedBy>McErlean Grainne</lastModifiedBy>
  <revision>1</revision>
  <dcterms:created xsi:type="dcterms:W3CDTF">2026-09-29T15:24:01.1402764Z</dcterms:created>
  <dcterms:modified xsi:type="dcterms:W3CDTF">2026-09-29T15:24:01.1402764Z</dcterms:modified>
  <category/>
</coreProperties>
</file>